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28"/>
        </w:rPr>
        <w:t>ПРОТОКОЛ № __</w:t>
      </w:r>
    </w:p>
    <w:p>
      <w:pPr>
        <w:jc w:val="center"/>
      </w:pPr>
      <w:r>
        <w:rPr>
          <w:b/>
          <w:i w:val="0"/>
        </w:rPr>
        <w:t>загальних зборів членів</w:t>
      </w:r>
    </w:p>
    <w:p>
      <w:pPr>
        <w:jc w:val="center"/>
      </w:pPr>
      <w:r>
        <w:rPr>
          <w:b/>
          <w:i w:val="0"/>
        </w:rPr>
        <w:t>Громадської організації «________________»</w:t>
      </w:r>
    </w:p>
    <w:p>
      <w:pPr>
        <w:jc w:val="center"/>
      </w:pPr>
      <w:r>
        <w:rPr>
          <w:b w:val="0"/>
          <w:i w:val="0"/>
        </w:rPr>
        <w:t>(код ЄДРПОУ ________)</w:t>
      </w:r>
    </w:p>
    <w:p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м. ________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t>«__» ________ 20__ року</w:t>
            </w:r>
          </w:p>
        </w:tc>
      </w:tr>
    </w:tbl>
    <w:p>
      <w:r>
        <w:rPr>
          <w:b w:val="0"/>
          <w:i w:val="0"/>
        </w:rPr>
      </w:r>
    </w:p>
    <w:p>
      <w:r>
        <w:rPr>
          <w:b/>
          <w:i w:val="0"/>
        </w:rPr>
        <w:t xml:space="preserve">Місце проведення: </w:t>
      </w:r>
      <w:r>
        <w:rPr>
          <w:b w:val="0"/>
          <w:i w:val="0"/>
        </w:rPr>
        <w:t>________________________</w:t>
      </w:r>
    </w:p>
    <w:p>
      <w:r>
        <w:rPr>
          <w:b/>
          <w:i w:val="0"/>
        </w:rPr>
        <w:t xml:space="preserve">Час початку: </w:t>
      </w:r>
      <w:r>
        <w:rPr>
          <w:b w:val="0"/>
          <w:i w:val="0"/>
        </w:rPr>
        <w:t xml:space="preserve">__:__   </w:t>
      </w:r>
      <w:r>
        <w:rPr>
          <w:b/>
          <w:i w:val="0"/>
        </w:rPr>
        <w:t xml:space="preserve">Час завершення: </w:t>
      </w:r>
      <w:r>
        <w:rPr>
          <w:b w:val="0"/>
          <w:i w:val="0"/>
        </w:rPr>
        <w:t>__:__</w:t>
      </w:r>
    </w:p>
    <w:p>
      <w:r>
        <w:rPr>
          <w:b/>
          <w:i w:val="0"/>
        </w:rPr>
        <w:t xml:space="preserve">Загальна кількість членів організації на дату зборів: </w:t>
      </w:r>
      <w:r>
        <w:rPr>
          <w:b w:val="0"/>
          <w:i w:val="0"/>
        </w:rPr>
        <w:t>__ осіб.</w:t>
      </w:r>
    </w:p>
    <w:p>
      <w:r>
        <w:rPr>
          <w:b/>
          <w:i w:val="0"/>
        </w:rPr>
        <w:t xml:space="preserve">Присутні: </w:t>
      </w:r>
      <w:r>
        <w:rPr>
          <w:b w:val="0"/>
          <w:i w:val="0"/>
        </w:rPr>
        <w:t>__ членів організації (реєстр присутніх — додаток 1 до цього протоколу).</w:t>
      </w:r>
    </w:p>
    <w:p>
      <w:r>
        <w:rPr>
          <w:b/>
          <w:i w:val="0"/>
        </w:rPr>
        <w:t xml:space="preserve">Запрошені (без права голосу): </w:t>
      </w:r>
      <w:r>
        <w:rPr>
          <w:b w:val="0"/>
          <w:i w:val="0"/>
        </w:rPr>
        <w:t>________________</w:t>
      </w:r>
    </w:p>
    <w:p>
      <w:pPr>
        <w:jc w:val="both"/>
      </w:pPr>
      <w:r>
        <w:rPr>
          <w:b/>
          <w:i w:val="0"/>
        </w:rPr>
        <w:t xml:space="preserve">Кворум: </w:t>
      </w:r>
      <w:r>
        <w:rPr>
          <w:b w:val="0"/>
          <w:i w:val="0"/>
        </w:rPr>
        <w:t>відповідно до п. __ статуту загальні збори правомочні, якщо на них присутні __ членів організації. Кворум є / відсутній; збори правомочні / неправомочні.</w:t>
      </w:r>
    </w:p>
    <w:p>
      <w:r>
        <w:rPr>
          <w:b w:val="0"/>
          <w:i w:val="0"/>
        </w:rPr>
      </w:r>
    </w:p>
    <w:p>
      <w:r>
        <w:rPr>
          <w:b/>
          <w:i w:val="0"/>
        </w:rPr>
        <w:t>ПОРЯДОК ДЕННИЙ:</w:t>
      </w:r>
    </w:p>
    <w:p>
      <w:r>
        <w:rPr>
          <w:b w:val="0"/>
          <w:i w:val="0"/>
        </w:rPr>
        <w:t>1. Про обрання голови та секретаря загальних зборів.</w:t>
      </w:r>
    </w:p>
    <w:p>
      <w:r>
        <w:rPr>
          <w:b w:val="0"/>
          <w:i w:val="0"/>
        </w:rPr>
        <w:t>2. Про звіт правління за 20__ рік.</w:t>
      </w:r>
    </w:p>
    <w:p>
      <w:r>
        <w:rPr>
          <w:b w:val="0"/>
          <w:i w:val="0"/>
        </w:rPr>
        <w:t>3. Про обрання голови організації.</w:t>
      </w:r>
    </w:p>
    <w:p>
      <w:r>
        <w:rPr>
          <w:b w:val="0"/>
          <w:i w:val="0"/>
        </w:rPr>
      </w:r>
    </w:p>
    <w:p>
      <w:r>
        <w:rPr>
          <w:b/>
          <w:i w:val="0"/>
        </w:rPr>
        <w:t>1. З ПЕРШОГО ПИТАННЯ ПОРЯДКУ ДЕННОГО</w:t>
      </w:r>
    </w:p>
    <w:p>
      <w:pPr>
        <w:jc w:val="both"/>
      </w:pPr>
      <w:r>
        <w:rPr>
          <w:b/>
          <w:i w:val="0"/>
        </w:rPr>
        <w:t xml:space="preserve">СЛУХАЛИ: </w:t>
      </w:r>
      <w:r>
        <w:rPr>
          <w:b w:val="0"/>
          <w:i w:val="0"/>
        </w:rPr>
        <w:t>________ з пропозицією обрати головою загальних зборів ________, секретарем загальних зборів — ________.</w:t>
      </w:r>
    </w:p>
    <w:p>
      <w:r>
        <w:rPr>
          <w:b/>
          <w:i w:val="0"/>
        </w:rPr>
        <w:t xml:space="preserve">ГОЛОСУВАЛИ: </w:t>
      </w:r>
      <w:r>
        <w:rPr>
          <w:b w:val="0"/>
          <w:i w:val="0"/>
        </w:rPr>
        <w:t>«за» — __; «проти» — __; «утримались» — __.</w:t>
      </w:r>
    </w:p>
    <w:p>
      <w:r>
        <w:rPr>
          <w:b w:val="0"/>
          <w:i w:val="0"/>
        </w:rPr>
        <w:t>Рішення прийнято / не прийнято (необхідно __ голосів відповідно до п. __ статуту).</w:t>
      </w:r>
    </w:p>
    <w:p>
      <w:pPr>
        <w:jc w:val="both"/>
      </w:pPr>
      <w:r>
        <w:rPr>
          <w:b/>
          <w:i w:val="0"/>
        </w:rPr>
        <w:t xml:space="preserve">ВИРІШИЛИ: </w:t>
      </w:r>
      <w:r>
        <w:rPr>
          <w:b w:val="0"/>
          <w:i w:val="0"/>
        </w:rPr>
        <w:t>обрати головою загальних зборів ________, секретарем загальних зборів — ________.</w:t>
      </w:r>
    </w:p>
    <w:p>
      <w:r>
        <w:rPr>
          <w:b w:val="0"/>
          <w:i w:val="0"/>
        </w:rPr>
      </w:r>
    </w:p>
    <w:p>
      <w:r>
        <w:rPr>
          <w:b/>
          <w:i w:val="0"/>
        </w:rPr>
        <w:t>2. З ДРУГОГО ПИТАННЯ ПОРЯДКУ ДЕННОГО</w:t>
      </w:r>
    </w:p>
    <w:p>
      <w:pPr>
        <w:jc w:val="both"/>
      </w:pPr>
      <w:r>
        <w:rPr>
          <w:b/>
          <w:i w:val="0"/>
        </w:rPr>
        <w:t xml:space="preserve">СЛУХАЛИ: </w:t>
      </w:r>
      <w:r>
        <w:rPr>
          <w:b w:val="0"/>
          <w:i w:val="0"/>
        </w:rPr>
        <w:t>звіт голови правління ________ про роботу організації у 20__ році.</w:t>
      </w:r>
    </w:p>
    <w:p>
      <w:r>
        <w:rPr>
          <w:b/>
          <w:i w:val="0"/>
        </w:rPr>
        <w:t xml:space="preserve">ВИСТУПИЛИ: </w:t>
      </w:r>
      <w:r>
        <w:rPr>
          <w:b w:val="0"/>
          <w:i w:val="0"/>
        </w:rPr>
        <w:t>________________________</w:t>
      </w:r>
    </w:p>
    <w:p>
      <w:r>
        <w:rPr>
          <w:b/>
          <w:i w:val="0"/>
        </w:rPr>
        <w:t xml:space="preserve">ГОЛОСУВАЛИ: </w:t>
      </w:r>
      <w:r>
        <w:rPr>
          <w:b w:val="0"/>
          <w:i w:val="0"/>
        </w:rPr>
        <w:t>«за» — __; «проти» — __; «утримались» — __.</w:t>
      </w:r>
    </w:p>
    <w:p>
      <w:r>
        <w:rPr>
          <w:b w:val="0"/>
          <w:i w:val="0"/>
        </w:rPr>
        <w:t>Рішення прийнято / не прийнято (необхідно __ голосів відповідно до п. __ статуту).</w:t>
      </w:r>
    </w:p>
    <w:p>
      <w:pPr>
        <w:jc w:val="both"/>
      </w:pPr>
      <w:r>
        <w:rPr>
          <w:b/>
          <w:i w:val="0"/>
        </w:rPr>
        <w:t xml:space="preserve">ВИРІШИЛИ: </w:t>
      </w:r>
      <w:r>
        <w:rPr>
          <w:b w:val="0"/>
          <w:i w:val="0"/>
        </w:rPr>
        <w:t>затвердити звіт правління за 20__ рік.</w:t>
      </w:r>
    </w:p>
    <w:p>
      <w:r>
        <w:rPr>
          <w:b w:val="0"/>
          <w:i w:val="0"/>
        </w:rPr>
      </w:r>
    </w:p>
    <w:p>
      <w:r>
        <w:rPr>
          <w:b/>
          <w:i w:val="0"/>
        </w:rPr>
        <w:t>3. З ТРЕТЬОГО ПИТАННЯ ПОРЯДКУ ДЕННОГО</w:t>
      </w:r>
    </w:p>
    <w:p>
      <w:pPr>
        <w:jc w:val="both"/>
      </w:pPr>
      <w:r>
        <w:rPr>
          <w:b/>
          <w:i w:val="0"/>
        </w:rPr>
        <w:t xml:space="preserve">СЛУХАЛИ: </w:t>
      </w:r>
      <w:r>
        <w:rPr>
          <w:b w:val="0"/>
          <w:i w:val="0"/>
        </w:rPr>
        <w:t>________ з пропозицією обрати головою Громадської організації «________» ________.</w:t>
      </w:r>
    </w:p>
    <w:p>
      <w:r>
        <w:rPr>
          <w:b w:val="0"/>
          <w:i w:val="0"/>
        </w:rPr>
        <w:t>Кандидат(ка) ________ надав(ла) згоду на обрання.</w:t>
      </w:r>
    </w:p>
    <w:p>
      <w:r>
        <w:rPr>
          <w:b/>
          <w:i w:val="0"/>
        </w:rPr>
        <w:t xml:space="preserve">ГОЛОСУВАЛИ: </w:t>
      </w:r>
      <w:r>
        <w:rPr>
          <w:b w:val="0"/>
          <w:i w:val="0"/>
        </w:rPr>
        <w:t>«за» — __; «проти» — __; «утримались» — __.</w:t>
      </w:r>
    </w:p>
    <w:p>
      <w:r>
        <w:rPr>
          <w:b w:val="0"/>
          <w:i w:val="0"/>
        </w:rPr>
        <w:t>Рішення прийнято / не прийнято (необхідно __ голосів відповідно до п. __ статуту).</w:t>
      </w:r>
    </w:p>
    <w:p>
      <w:pPr>
        <w:jc w:val="both"/>
      </w:pPr>
      <w:r>
        <w:rPr>
          <w:b/>
          <w:i w:val="0"/>
        </w:rPr>
        <w:t xml:space="preserve">ВИРІШИЛИ: </w:t>
      </w:r>
      <w:r>
        <w:rPr>
          <w:b w:val="0"/>
          <w:i w:val="0"/>
        </w:rPr>
        <w:t>обрати головою Громадської організації «________» ________ строком на __ років.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Голова загальних зборів</w:t>
            </w:r>
          </w:p>
        </w:tc>
        <w:tc>
          <w:tcPr>
            <w:tcW w:type="dxa" w:w="3213"/>
          </w:tcPr>
          <w:p>
            <w:r>
              <w:t>____________</w:t>
            </w:r>
          </w:p>
        </w:tc>
        <w:tc>
          <w:tcPr>
            <w:tcW w:type="dxa" w:w="3213"/>
          </w:tcPr>
          <w:p>
            <w:pPr>
              <w:jc w:val="right"/>
            </w:pPr>
            <w:r>
              <w:t>/ _______________ /</w:t>
            </w:r>
          </w:p>
        </w:tc>
      </w:tr>
    </w:tbl>
    <w:p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Секретар загальних зборів</w:t>
            </w:r>
          </w:p>
        </w:tc>
        <w:tc>
          <w:tcPr>
            <w:tcW w:type="dxa" w:w="3213"/>
          </w:tcPr>
          <w:p>
            <w:r>
              <w:t>____________</w:t>
            </w:r>
          </w:p>
        </w:tc>
        <w:tc>
          <w:tcPr>
            <w:tcW w:type="dxa" w:w="3213"/>
          </w:tcPr>
          <w:p>
            <w:pPr>
              <w:jc w:val="right"/>
            </w:pPr>
            <w:r>
              <w:t>/ _______________ /</w:t>
            </w:r>
          </w:p>
        </w:tc>
      </w:tr>
    </w:tbl>
    <w:p>
      <w:r>
        <w:rPr>
          <w:b w:val="0"/>
          <w:i w:val="0"/>
        </w:rPr>
      </w:r>
    </w:p>
    <w:p>
      <w:r>
        <w:br w:type="page"/>
      </w:r>
    </w:p>
    <w:p>
      <w:pPr>
        <w:jc w:val="right"/>
      </w:pPr>
      <w:r>
        <w:rPr>
          <w:b w:val="0"/>
          <w:i w:val="0"/>
        </w:rPr>
        <w:t>Додаток 1</w:t>
      </w:r>
    </w:p>
    <w:p>
      <w:pPr>
        <w:jc w:val="right"/>
      </w:pPr>
      <w:r>
        <w:rPr>
          <w:b w:val="0"/>
          <w:i w:val="0"/>
        </w:rPr>
        <w:t>до протоколу загальних зборів № __ від «__» ________ 20__ року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</w:rPr>
        <w:t>РЕЄСТР</w:t>
      </w:r>
    </w:p>
    <w:p>
      <w:pPr>
        <w:jc w:val="center"/>
      </w:pPr>
      <w:r>
        <w:rPr>
          <w:b/>
          <w:i w:val="0"/>
        </w:rPr>
        <w:t>членів Громадської організації, присутніх на загальних зборах</w:t>
      </w:r>
    </w:p>
    <w:p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680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Прізвище, ім’я, по батькові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Дата народження</w:t>
            </w:r>
          </w:p>
        </w:tc>
        <w:tc>
          <w:tcPr>
            <w:tcW w:type="dxa" w:w="2154"/>
          </w:tcPr>
          <w:p>
            <w:r/>
            <w:r>
              <w:rPr>
                <w:b/>
              </w:rPr>
              <w:t>Підпис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9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11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12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13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14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15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16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17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18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19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680"/>
          </w:tcPr>
          <w:p>
            <w:r>
              <w:t>20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</w:tr>
    </w:tbl>
    <w:p>
      <w:r>
        <w:rPr>
          <w:b w:val="0"/>
          <w:i w:val="0"/>
        </w:rPr>
      </w:r>
    </w:p>
    <w:p>
      <w:r>
        <w:rPr>
          <w:b w:val="0"/>
          <w:i w:val="0"/>
        </w:rPr>
        <w:t>Голова загальних зборів ____________ / _______________ /</w:t>
      </w:r>
    </w:p>
    <w:p>
      <w:r>
        <w:rPr>
          <w:b w:val="0"/>
          <w:i w:val="0"/>
        </w:rPr>
        <w:t>Секретар загальних зборів ____________ / _______________ /</w:t>
      </w:r>
    </w:p>
    <w:p>
      <w:r>
        <w:rPr>
          <w:b w:val="0"/>
          <w:i w:val="0"/>
        </w:rPr>
      </w:r>
    </w:p>
    <w:p>
      <w:r>
        <w:rPr>
          <w:b w:val="0"/>
          <w:i/>
          <w:sz w:val="20"/>
        </w:rPr>
        <w:t>[Видаліть цей абзац перед друком.] Зразок зі статті spilnove.com/blog/general-meeting-minutes. Кворум, більшість голосів і порядок скликання звірте зі статутом своєї організації. Для членів-іноземців у реєстрі вказують також дані паспортного документа, для членів — юридичних осіб — назву, код, адресу та представника. Якщо протокол подаватимуть держреєстратору, уточніть вимоги до реєстру заздалегідь.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загальних зборів громадської організації — зразок</dc:title>
  <dc:subject/>
  <dc:creator>Spilnove</dc:creator>
  <cp:keywords/>
  <dc:description>Зразок зі статті spilnove.com/blog/general-meeting-minutes. Звірте кворум, більшість і порядок денний зі статутом вашої організації.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